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C491E" w:rsidRDefault="00000000" w14:paraId="5816F3F0" w14:textId="77777777">
      <w:pPr>
        <w:spacing w:after="80"/>
        <w:jc w:val="center"/>
      </w:pPr>
      <w:r>
        <w:rPr>
          <w:b/>
          <w:sz w:val="32"/>
        </w:rPr>
        <w:t>SEFI 2026 – SESSION FEEDBACK FORM</w:t>
      </w:r>
    </w:p>
    <w:p w:rsidR="000C491E" w:rsidRDefault="00000000" w14:paraId="039925AB" w14:textId="77777777">
      <w:pPr>
        <w:spacing w:after="240"/>
        <w:jc w:val="center"/>
      </w:pPr>
      <w:r>
        <w:rPr>
          <w:i/>
        </w:rPr>
        <w:t>SEFI Conference – Session feedback form</w:t>
      </w:r>
    </w:p>
    <w:p w:rsidR="000C491E" w:rsidRDefault="000C491E" w14:paraId="7CF630A3" w14:textId="77777777">
      <w:pPr>
        <w:spacing w:after="20"/>
      </w:pPr>
    </w:p>
    <w:p w:rsidR="000C491E" w:rsidP="00717AEF" w:rsidRDefault="00000000" w14:paraId="0BB4DA93" w14:textId="77777777">
      <w:pPr>
        <w:spacing w:after="100" w:line="360" w:lineRule="auto"/>
      </w:pPr>
      <w:r>
        <w:rPr>
          <w:b/>
        </w:rPr>
        <w:t xml:space="preserve">Date: </w:t>
      </w:r>
      <w:r>
        <w:t>____________________________________________________</w:t>
      </w:r>
    </w:p>
    <w:p w:rsidR="000C491E" w:rsidP="00717AEF" w:rsidRDefault="00000000" w14:paraId="3431E889" w14:textId="77777777">
      <w:pPr>
        <w:spacing w:after="100" w:line="360" w:lineRule="auto"/>
      </w:pPr>
      <w:r>
        <w:rPr>
          <w:b/>
        </w:rPr>
        <w:t xml:space="preserve">Session Number: </w:t>
      </w:r>
      <w:r>
        <w:t>____________________________________________________</w:t>
      </w:r>
    </w:p>
    <w:p w:rsidR="000C491E" w:rsidP="00717AEF" w:rsidRDefault="00000000" w14:paraId="79B28CE8" w14:textId="77777777">
      <w:pPr>
        <w:spacing w:after="100" w:line="360" w:lineRule="auto"/>
      </w:pPr>
      <w:r>
        <w:rPr>
          <w:b/>
        </w:rPr>
        <w:t xml:space="preserve">Session Chair: </w:t>
      </w:r>
      <w:r>
        <w:t>____________________________________________________</w:t>
      </w:r>
    </w:p>
    <w:p w:rsidR="000C491E" w:rsidP="00717AEF" w:rsidRDefault="00000000" w14:paraId="51D4A8E0" w14:textId="659BC915">
      <w:pPr>
        <w:spacing w:after="160" w:line="360" w:lineRule="auto"/>
      </w:pPr>
      <w:r w:rsidRPr="16F728B6" w:rsidR="6E6AE0FE">
        <w:rPr>
          <w:b w:val="1"/>
          <w:bCs w:val="1"/>
        </w:rPr>
        <w:t xml:space="preserve">Session Type: </w:t>
      </w:r>
      <w:r w:rsidR="6E6AE0FE">
        <w:rPr/>
        <w:t xml:space="preserve">☐ Paper Session    ☐ Discussion Session  </w:t>
      </w:r>
    </w:p>
    <w:p w:rsidR="000C491E" w:rsidP="00717AEF" w:rsidRDefault="00000000" w14:paraId="665F784F" w14:textId="5A2F4EC2">
      <w:pPr>
        <w:spacing w:after="100" w:line="360" w:lineRule="auto"/>
      </w:pPr>
      <w:r>
        <w:rPr>
          <w:b/>
        </w:rPr>
        <w:t xml:space="preserve">Were all scheduled speakers present? </w:t>
      </w:r>
      <w:r>
        <w:t>☐ YES    ☐ NO</w:t>
      </w:r>
      <w:r w:rsidR="00717AEF">
        <w:t>: __________</w:t>
      </w:r>
    </w:p>
    <w:p w:rsidR="000C491E" w:rsidP="00717AEF" w:rsidRDefault="00000000" w14:paraId="77974DDB" w14:textId="77777777">
      <w:pPr>
        <w:spacing w:after="100" w:line="360" w:lineRule="auto"/>
      </w:pPr>
      <w:r>
        <w:rPr>
          <w:b/>
        </w:rPr>
        <w:t xml:space="preserve">Did the session run to time? </w:t>
      </w:r>
      <w:r>
        <w:t>☐ YES    ☐ NO</w:t>
      </w:r>
    </w:p>
    <w:p w:rsidR="000C491E" w:rsidP="00717AEF" w:rsidRDefault="00000000" w14:paraId="0292BEA0" w14:textId="77777777">
      <w:pPr>
        <w:spacing w:after="100" w:line="360" w:lineRule="auto"/>
      </w:pPr>
      <w:r>
        <w:rPr>
          <w:b/>
        </w:rPr>
        <w:t xml:space="preserve">Peak number of attendees: </w:t>
      </w:r>
      <w:r>
        <w:t>____________________</w:t>
      </w:r>
    </w:p>
    <w:p w:rsidR="000C491E" w:rsidP="00717AEF" w:rsidRDefault="00000000" w14:paraId="52A7C189" w14:textId="77777777">
      <w:pPr>
        <w:spacing w:after="100" w:line="360" w:lineRule="auto"/>
      </w:pPr>
      <w:r>
        <w:rPr>
          <w:b/>
        </w:rPr>
        <w:t xml:space="preserve">Was the room appropriate for the session? </w:t>
      </w:r>
      <w:r>
        <w:t>☐ YES    ☐ NO</w:t>
      </w:r>
    </w:p>
    <w:p w:rsidR="000C491E" w:rsidP="00717AEF" w:rsidRDefault="00000000" w14:paraId="08B89492" w14:textId="77777777">
      <w:pPr>
        <w:spacing w:after="100" w:line="360" w:lineRule="auto"/>
      </w:pPr>
      <w:r>
        <w:rPr>
          <w:b/>
        </w:rPr>
        <w:t xml:space="preserve">Were the IT facilities functioning and appropriate? </w:t>
      </w:r>
      <w:r>
        <w:t>☐ YES    ☐ NO</w:t>
      </w:r>
    </w:p>
    <w:p w:rsidR="000C491E" w:rsidP="00717AEF" w:rsidRDefault="00000000" w14:paraId="2C284975" w14:textId="77777777">
      <w:pPr>
        <w:spacing w:before="140" w:after="80" w:line="360" w:lineRule="auto"/>
      </w:pPr>
      <w:r>
        <w:rPr>
          <w:b/>
        </w:rPr>
        <w:t>If you answered NO to any of the above, please give details below:</w:t>
      </w:r>
    </w:p>
    <w:p w:rsidR="000C491E" w:rsidP="00717AEF" w:rsidRDefault="00000000" w14:paraId="2096CB9F" w14:textId="7C7887E0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540E5C7E" w14:textId="021BB843">
      <w:pPr>
        <w:spacing w:after="20" w:line="480" w:lineRule="auto"/>
      </w:pPr>
      <w:r>
        <w:t>__________________________________________________________________________________</w:t>
      </w:r>
      <w:r w:rsidR="00717AEF">
        <w:t xml:space="preserve"> </w:t>
      </w:r>
    </w:p>
    <w:p w:rsidR="000C491E" w:rsidP="00717AEF" w:rsidRDefault="00000000" w14:paraId="45FF1D6C" w14:textId="13242A8B">
      <w:pPr>
        <w:spacing w:after="20" w:line="480" w:lineRule="auto"/>
      </w:pPr>
      <w:r>
        <w:t>__________________________________________________________________________________</w:t>
      </w:r>
    </w:p>
    <w:p w:rsidR="00717AEF" w:rsidP="00717AEF" w:rsidRDefault="00717AEF" w14:paraId="587B0E06" w14:textId="77777777">
      <w:pPr>
        <w:spacing w:before="160" w:line="360" w:lineRule="auto"/>
        <w:rPr>
          <w:b/>
          <w:sz w:val="22"/>
        </w:rPr>
      </w:pPr>
    </w:p>
    <w:p w:rsidR="000C491E" w:rsidP="00717AEF" w:rsidRDefault="00000000" w14:paraId="6718954B" w14:textId="6FB04605">
      <w:pPr>
        <w:spacing w:before="160" w:line="360" w:lineRule="auto"/>
      </w:pPr>
      <w:r>
        <w:rPr>
          <w:b/>
          <w:sz w:val="22"/>
        </w:rPr>
        <w:t>Your general reflections on the session</w:t>
      </w:r>
    </w:p>
    <w:p w:rsidR="000C491E" w:rsidP="00717AEF" w:rsidRDefault="00000000" w14:paraId="35244F04" w14:textId="77777777">
      <w:pPr>
        <w:spacing w:after="100" w:line="360" w:lineRule="auto"/>
      </w:pPr>
      <w:r>
        <w:rPr>
          <w:i/>
          <w:sz w:val="19"/>
        </w:rPr>
        <w:t>Were the contributions appropriate for the theme? Was the overall quality good? Was there good discussion and engagement? Is there anything SEFI should consider when planning future sessions?</w:t>
      </w:r>
    </w:p>
    <w:p w:rsidR="000C491E" w:rsidP="00717AEF" w:rsidRDefault="00000000" w14:paraId="4CF80E17" w14:textId="37019CA8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634166B0" w14:textId="53E3A23C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5F0D6213" w14:textId="5ED3C364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684402BE" w14:textId="7CFBCD3C">
      <w:pPr>
        <w:spacing w:after="20" w:line="480" w:lineRule="auto"/>
      </w:pPr>
      <w:r>
        <w:t>__________________________________________________________________________________</w:t>
      </w:r>
    </w:p>
    <w:p w:rsidR="000C491E" w:rsidP="00717AEF" w:rsidRDefault="00000000" w14:paraId="142A11A9" w14:textId="62FD64F1">
      <w:pPr>
        <w:spacing w:after="20" w:line="480" w:lineRule="auto"/>
      </w:pPr>
      <w:r>
        <w:t>__________________________________________________________________________________</w:t>
      </w:r>
    </w:p>
    <w:p w:rsidR="000C491E" w:rsidP="77B4A9C4" w:rsidRDefault="00000000" w14:paraId="2CF443AE" w14:textId="45103A8D">
      <w:pPr>
        <w:spacing w:before="140"/>
        <w:jc w:val="center"/>
        <w:rPr>
          <w:i w:val="1"/>
          <w:iCs w:val="1"/>
          <w:sz w:val="18"/>
          <w:szCs w:val="18"/>
        </w:rPr>
      </w:pPr>
      <w:r w:rsidR="27681290">
        <w:drawing>
          <wp:anchor distT="0" distB="0" distL="114300" distR="114300" simplePos="0" relativeHeight="251658240" behindDoc="0" locked="0" layoutInCell="1" allowOverlap="1" wp14:editId="2106A760" wp14:anchorId="6C19DDF0">
            <wp:simplePos x="0" y="0"/>
            <wp:positionH relativeFrom="column">
              <wp:posOffset>5000625</wp:posOffset>
            </wp:positionH>
            <wp:positionV relativeFrom="paragraph">
              <wp:posOffset>428625</wp:posOffset>
            </wp:positionV>
            <wp:extent cx="1190625" cy="1190625"/>
            <wp:effectExtent l="0" t="0" r="0" b="0"/>
            <wp:wrapNone/>
            <wp:docPr id="44900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9004" name="Picture 449004"/>
                    <pic:cNvPicPr/>
                  </pic:nvPicPr>
                  <pic:blipFill>
                    <a:blip xmlns:r="http://schemas.openxmlformats.org/officeDocument/2006/relationships" r:embed="rId4711917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7B4A9C4" w:rsidR="27681290">
        <w:rPr>
          <w:i w:val="1"/>
          <w:iCs w:val="1"/>
          <w:sz w:val="18"/>
          <w:szCs w:val="18"/>
        </w:rPr>
        <w:t>Thank you for your feedback and for supporting SEFI 2026.</w:t>
      </w:r>
    </w:p>
    <w:sectPr w:rsidR="000C491E" w:rsidSect="00034616">
      <w:pgSz w:w="11906" w:h="16838" w:orient="portrait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37263300">
    <w:abstractNumId w:val="8"/>
  </w:num>
  <w:num w:numId="2" w16cid:durableId="1996764735">
    <w:abstractNumId w:val="6"/>
  </w:num>
  <w:num w:numId="3" w16cid:durableId="1121798246">
    <w:abstractNumId w:val="5"/>
  </w:num>
  <w:num w:numId="4" w16cid:durableId="688727139">
    <w:abstractNumId w:val="4"/>
  </w:num>
  <w:num w:numId="5" w16cid:durableId="345908094">
    <w:abstractNumId w:val="7"/>
  </w:num>
  <w:num w:numId="6" w16cid:durableId="451368707">
    <w:abstractNumId w:val="3"/>
  </w:num>
  <w:num w:numId="7" w16cid:durableId="2098819206">
    <w:abstractNumId w:val="2"/>
  </w:num>
  <w:num w:numId="8" w16cid:durableId="126709162">
    <w:abstractNumId w:val="1"/>
  </w:num>
  <w:num w:numId="9" w16cid:durableId="10854900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91E"/>
    <w:rsid w:val="0015074B"/>
    <w:rsid w:val="0029639D"/>
    <w:rsid w:val="00326F90"/>
    <w:rsid w:val="00717AEF"/>
    <w:rsid w:val="00AA1D8D"/>
    <w:rsid w:val="00B47730"/>
    <w:rsid w:val="00C87C88"/>
    <w:rsid w:val="00CB0664"/>
    <w:rsid w:val="00FC693F"/>
    <w:rsid w:val="16F728B6"/>
    <w:rsid w:val="27681290"/>
    <w:rsid w:val="6E6AE0FE"/>
    <w:rsid w:val="77B4A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6A99E"/>
  <w14:defaultImageDpi w14:val="300"/>
  <w15:docId w15:val="{F9D2E749-6B86-B742-AA8F-66D99186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styleId="Nadpis1Char" w:customStyle="1">
    <w:name w:val="Nadpis 1 Char"/>
    <w:basedOn w:val="Standardnpsmoodstavce"/>
    <w:link w:val="Nadpis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dpis2Char" w:customStyle="1">
    <w:name w:val="Nadpis 2 Char"/>
    <w:basedOn w:val="Standardnpsmoodstavce"/>
    <w:link w:val="Nadpis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zevChar" w:customStyle="1">
    <w:name w:val="Název Char"/>
    <w:basedOn w:val="Standardnpsmoodstavce"/>
    <w:link w:val="Nzev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dpisChar" w:customStyle="1">
    <w:name w:val="Podnadpis Char"/>
    <w:basedOn w:val="Standardnpsmoodstavce"/>
    <w:link w:val="Podnadpis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styleId="ZkladntextChar" w:customStyle="1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styleId="Zkladntext2Char" w:customStyle="1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Zkladntext3Char" w:customStyle="1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makraChar" w:customStyle="1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styleId="CittChar" w:customStyle="1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jpg" Id="rId47119170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AB537AFE27E4283BF5ABF4869D638" ma:contentTypeVersion="11" ma:contentTypeDescription="Vytvoří nový dokument" ma:contentTypeScope="" ma:versionID="1fb27728371b644559174fec5bbbeb60">
  <xsd:schema xmlns:xsd="http://www.w3.org/2001/XMLSchema" xmlns:xs="http://www.w3.org/2001/XMLSchema" xmlns:p="http://schemas.microsoft.com/office/2006/metadata/properties" xmlns:ns2="8870c2ef-1d04-4fab-b51e-1de755b18503" targetNamespace="http://schemas.microsoft.com/office/2006/metadata/properties" ma:root="true" ma:fieldsID="1dd98687972ba778f913f40048ea928c" ns2:_="">
    <xsd:import namespace="8870c2ef-1d04-4fab-b51e-1de755b185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0c2ef-1d04-4fab-b51e-1de755b18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66d2233e-f51f-4a80-9a78-f59575bee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70c2ef-1d04-4fab-b51e-1de755b185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561FA4-1E49-4034-889C-6F64AFA5FB1A}"/>
</file>

<file path=customXml/itemProps3.xml><?xml version="1.0" encoding="utf-8"?>
<ds:datastoreItem xmlns:ds="http://schemas.openxmlformats.org/officeDocument/2006/customXml" ds:itemID="{B5FA6F45-44D3-4421-AB6B-E20BB810C0B9}"/>
</file>

<file path=customXml/itemProps4.xml><?xml version="1.0" encoding="utf-8"?>
<ds:datastoreItem xmlns:ds="http://schemas.openxmlformats.org/officeDocument/2006/customXml" ds:itemID="{251AD17F-32F9-4C52-B040-F700DBD0F29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Dohnalova, Ludmila</lastModifiedBy>
  <revision>4</revision>
  <dcterms:created xsi:type="dcterms:W3CDTF">2013-12-23T23:15:00.0000000Z</dcterms:created>
  <dcterms:modified xsi:type="dcterms:W3CDTF">2026-09-02T12:10:25.4842585Z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0x01010084FAB537AFE27E4283BF5ABF4869D638</vt:lpwstr>
  </property>
  <property fmtid="{D5CDD505-2E9C-101B-9397-08002B2CF9AE}" pid="3" name="MediaServiceImageTags">
    <vt:lpwstr/>
  </property>
</Properties>
</file>