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C491E" w:rsidP="3DF659C2" w:rsidRDefault="00000000" w14:paraId="5816F3F0" w14:textId="24368A19">
      <w:pPr>
        <w:spacing w:after="80"/>
        <w:jc w:val="center"/>
        <w:rPr>
          <w:b w:val="1"/>
          <w:bCs w:val="1"/>
          <w:sz w:val="32"/>
          <w:szCs w:val="32"/>
        </w:rPr>
      </w:pPr>
      <w:r w:rsidRPr="3DF659C2" w:rsidR="00000000">
        <w:rPr>
          <w:b w:val="1"/>
          <w:bCs w:val="1"/>
          <w:sz w:val="32"/>
          <w:szCs w:val="32"/>
        </w:rPr>
        <w:t>SEFI 2026 – SESSION FEEDBACK FORM</w:t>
      </w:r>
    </w:p>
    <w:p w:rsidR="000C491E" w:rsidRDefault="00000000" w14:paraId="039925AB" w14:textId="77777777">
      <w:pPr>
        <w:spacing w:after="240"/>
        <w:jc w:val="center"/>
      </w:pPr>
      <w:r>
        <w:rPr>
          <w:i/>
        </w:rPr>
        <w:t>SEFI Conference – Session feedback form</w:t>
      </w:r>
    </w:p>
    <w:p w:rsidR="000C491E" w:rsidRDefault="000C491E" w14:paraId="7CF630A3" w14:textId="77777777">
      <w:pPr>
        <w:spacing w:after="20"/>
      </w:pPr>
    </w:p>
    <w:p w:rsidR="000C491E" w:rsidP="00717AEF" w:rsidRDefault="00000000" w14:paraId="0BB4DA93" w14:textId="77777777">
      <w:pPr>
        <w:spacing w:after="100" w:line="360" w:lineRule="auto"/>
      </w:pPr>
      <w:r>
        <w:rPr>
          <w:b/>
        </w:rPr>
        <w:t xml:space="preserve">Date: </w:t>
      </w:r>
      <w:r>
        <w:t>____________________________________________________</w:t>
      </w:r>
    </w:p>
    <w:p w:rsidR="000C491E" w:rsidP="00717AEF" w:rsidRDefault="00000000" w14:paraId="3431E889" w14:textId="77777777">
      <w:pPr>
        <w:spacing w:after="100" w:line="360" w:lineRule="auto"/>
      </w:pPr>
      <w:r>
        <w:rPr>
          <w:b/>
        </w:rPr>
        <w:t xml:space="preserve">Session Number: </w:t>
      </w:r>
      <w:r>
        <w:t>____________________________________________________</w:t>
      </w:r>
    </w:p>
    <w:p w:rsidR="000C491E" w:rsidP="00717AEF" w:rsidRDefault="00000000" w14:paraId="79B28CE8" w14:textId="7CD7DF61">
      <w:pPr>
        <w:spacing w:after="100" w:line="360" w:lineRule="auto"/>
      </w:pPr>
      <w:r w:rsidRPr="39A5141B" w:rsidR="4A4B9E83">
        <w:rPr>
          <w:b w:val="1"/>
          <w:bCs w:val="1"/>
        </w:rPr>
        <w:t>Workshop Lead</w:t>
      </w:r>
      <w:r w:rsidRPr="39A5141B" w:rsidR="432D831E">
        <w:rPr>
          <w:b w:val="1"/>
          <w:bCs w:val="1"/>
        </w:rPr>
        <w:t xml:space="preserve">: </w:t>
      </w:r>
      <w:r w:rsidR="432D831E">
        <w:rPr/>
        <w:t>____________________________________________________</w:t>
      </w:r>
    </w:p>
    <w:p w:rsidR="000C491E" w:rsidP="00717AEF" w:rsidRDefault="00000000" w14:paraId="51D4A8E0" w14:textId="44273804">
      <w:pPr>
        <w:spacing w:after="160" w:line="360" w:lineRule="auto"/>
      </w:pPr>
      <w:r w:rsidRPr="39A5141B" w:rsidR="432D831E">
        <w:rPr>
          <w:b w:val="1"/>
          <w:bCs w:val="1"/>
        </w:rPr>
        <w:t xml:space="preserve">Session Type: </w:t>
      </w:r>
      <w:r w:rsidR="432D831E">
        <w:rPr/>
        <w:t xml:space="preserve">☐ </w:t>
      </w:r>
      <w:r w:rsidR="6DC7C317">
        <w:rPr/>
        <w:t>Workshop</w:t>
      </w:r>
      <w:r w:rsidR="432D831E">
        <w:rPr/>
        <w:t xml:space="preserve">   ☐ </w:t>
      </w:r>
      <w:r w:rsidR="208B6095">
        <w:rPr/>
        <w:t>Other:</w:t>
      </w:r>
      <w:r w:rsidR="432D831E">
        <w:rPr/>
        <w:t xml:space="preserve">    </w:t>
      </w:r>
    </w:p>
    <w:p w:rsidR="000C491E" w:rsidP="00717AEF" w:rsidRDefault="00000000" w14:paraId="77974DDB" w14:noSpellErr="1" w14:textId="63264EBA">
      <w:pPr>
        <w:spacing w:after="100" w:line="360" w:lineRule="auto"/>
      </w:pPr>
      <w:r w:rsidRPr="73C66F1F" w:rsidR="00000000">
        <w:rPr>
          <w:b w:val="1"/>
          <w:bCs w:val="1"/>
        </w:rPr>
        <w:t xml:space="preserve">Did the session run </w:t>
      </w:r>
      <w:r w:rsidRPr="73C66F1F" w:rsidR="33CC8E5C">
        <w:rPr>
          <w:b w:val="1"/>
          <w:bCs w:val="1"/>
        </w:rPr>
        <w:t>on</w:t>
      </w:r>
      <w:r w:rsidRPr="73C66F1F" w:rsidR="00000000">
        <w:rPr>
          <w:b w:val="1"/>
          <w:bCs w:val="1"/>
        </w:rPr>
        <w:t xml:space="preserve"> time? </w:t>
      </w:r>
      <w:r w:rsidR="00000000">
        <w:rPr/>
        <w:t>☐ YES    ☐ NO</w:t>
      </w:r>
    </w:p>
    <w:p w:rsidR="000C491E" w:rsidP="00717AEF" w:rsidRDefault="00000000" w14:paraId="0292BEA0" w14:textId="77777777">
      <w:pPr>
        <w:spacing w:after="100" w:line="360" w:lineRule="auto"/>
      </w:pPr>
      <w:r>
        <w:rPr>
          <w:b/>
        </w:rPr>
        <w:t xml:space="preserve">Peak number of attendees: </w:t>
      </w:r>
      <w:r>
        <w:t>____________________</w:t>
      </w:r>
    </w:p>
    <w:p w:rsidR="000C491E" w:rsidP="00717AEF" w:rsidRDefault="00000000" w14:paraId="52A7C189" w14:textId="77777777">
      <w:pPr>
        <w:spacing w:after="100" w:line="360" w:lineRule="auto"/>
      </w:pPr>
      <w:r>
        <w:rPr>
          <w:b/>
        </w:rPr>
        <w:t xml:space="preserve">Was the room appropriate for the session? </w:t>
      </w:r>
      <w:r>
        <w:t>☐ YES    ☐ NO</w:t>
      </w:r>
    </w:p>
    <w:p w:rsidR="000C491E" w:rsidP="00717AEF" w:rsidRDefault="00000000" w14:paraId="08B89492" w14:textId="77777777">
      <w:pPr>
        <w:spacing w:after="100" w:line="360" w:lineRule="auto"/>
      </w:pPr>
      <w:r>
        <w:rPr>
          <w:b/>
        </w:rPr>
        <w:t xml:space="preserve">Were the IT facilities functioning and appropriate? </w:t>
      </w:r>
      <w:r>
        <w:t>☐ YES    ☐ NO</w:t>
      </w:r>
    </w:p>
    <w:p w:rsidR="000C491E" w:rsidP="00717AEF" w:rsidRDefault="00000000" w14:paraId="2C284975" w14:textId="77777777">
      <w:pPr>
        <w:spacing w:before="140" w:after="80" w:line="360" w:lineRule="auto"/>
      </w:pPr>
      <w:r>
        <w:rPr>
          <w:b/>
        </w:rPr>
        <w:t>If you answered NO to any of the above, please give details below:</w:t>
      </w:r>
    </w:p>
    <w:p w:rsidR="000C491E" w:rsidP="00717AEF" w:rsidRDefault="00000000" w14:paraId="2096CB9F" w14:textId="7C7887E0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540E5C7E" w14:textId="021BB843">
      <w:pPr>
        <w:spacing w:after="20" w:line="480" w:lineRule="auto"/>
      </w:pPr>
      <w:r>
        <w:t>__________________________________________________________________________________</w:t>
      </w:r>
      <w:r w:rsidR="00717AEF">
        <w:t xml:space="preserve"> </w:t>
      </w:r>
    </w:p>
    <w:p w:rsidR="000C491E" w:rsidP="00717AEF" w:rsidRDefault="00000000" w14:paraId="45FF1D6C" w14:textId="13242A8B">
      <w:pPr>
        <w:spacing w:after="20" w:line="480" w:lineRule="auto"/>
      </w:pPr>
      <w:r>
        <w:t>__________________________________________________________________________________</w:t>
      </w:r>
    </w:p>
    <w:p w:rsidR="00717AEF" w:rsidP="00717AEF" w:rsidRDefault="00717AEF" w14:paraId="587B0E06" w14:textId="77777777">
      <w:pPr>
        <w:spacing w:before="160" w:line="360" w:lineRule="auto"/>
        <w:rPr>
          <w:b/>
          <w:sz w:val="22"/>
        </w:rPr>
      </w:pPr>
    </w:p>
    <w:p w:rsidR="000C491E" w:rsidP="00717AEF" w:rsidRDefault="00000000" w14:paraId="6718954B" w14:textId="6FB04605">
      <w:pPr>
        <w:spacing w:before="160" w:line="360" w:lineRule="auto"/>
      </w:pPr>
      <w:r w:rsidRPr="6BF93C29" w:rsidR="00000000">
        <w:rPr>
          <w:b w:val="1"/>
          <w:bCs w:val="1"/>
          <w:sz w:val="22"/>
          <w:szCs w:val="22"/>
        </w:rPr>
        <w:t>Your general reflections on the session</w:t>
      </w:r>
    </w:p>
    <w:p w:rsidR="000C491E" w:rsidP="6BF93C29" w:rsidRDefault="00000000" w14:paraId="35244F04" w14:textId="37F776E8">
      <w:pPr>
        <w:pStyle w:val="Normln"/>
        <w:spacing w:after="100" w:line="360" w:lineRule="auto"/>
      </w:pPr>
      <w:r w:rsidRPr="6BF93C29" w:rsidR="00000000">
        <w:rPr>
          <w:i w:val="1"/>
          <w:iCs w:val="1"/>
          <w:sz w:val="19"/>
          <w:szCs w:val="19"/>
        </w:rPr>
        <w:t xml:space="preserve">Was the overall quality good? Was there </w:t>
      </w:r>
      <w:r w:rsidRPr="6BF93C29" w:rsidR="00000000">
        <w:rPr>
          <w:i w:val="1"/>
          <w:iCs w:val="1"/>
          <w:sz w:val="19"/>
          <w:szCs w:val="19"/>
        </w:rPr>
        <w:t>good</w:t>
      </w:r>
      <w:r w:rsidRPr="6BF93C29" w:rsidR="00000000">
        <w:rPr>
          <w:i w:val="1"/>
          <w:iCs w:val="1"/>
          <w:sz w:val="19"/>
          <w:szCs w:val="19"/>
        </w:rPr>
        <w:t xml:space="preserve"> discussion and engagement? Is there anything SEFI should consider when planning future sessions?</w:t>
      </w:r>
    </w:p>
    <w:p w:rsidR="000C491E" w:rsidP="00717AEF" w:rsidRDefault="00000000" w14:paraId="4CF80E17" w14:textId="37019CA8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634166B0" w14:textId="53E3A23C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5F0D6213" w14:textId="5ED3C364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684402BE" w14:textId="7CFBCD3C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142A11A9" w14:textId="62FD64F1">
      <w:pPr>
        <w:spacing w:after="20" w:line="480" w:lineRule="auto"/>
      </w:pPr>
      <w:r>
        <w:t>__________________________________________________________________________________</w:t>
      </w:r>
    </w:p>
    <w:p w:rsidR="000C491E" w:rsidP="6BF93C29" w:rsidRDefault="00000000" w14:paraId="2CF443AE" w14:textId="61BC0A4C">
      <w:pPr>
        <w:pStyle w:val="Normln"/>
        <w:spacing w:before="140"/>
        <w:jc w:val="center"/>
      </w:pPr>
      <w:r w:rsidR="00000000">
        <w:drawing>
          <wp:anchor distT="0" distB="0" distL="114300" distR="114300" simplePos="0" relativeHeight="251658240" behindDoc="0" locked="0" layoutInCell="1" allowOverlap="1" wp14:editId="7C8DAEC4" wp14:anchorId="2B4DC806">
            <wp:simplePos x="0" y="0"/>
            <wp:positionH relativeFrom="column">
              <wp:posOffset>5114925</wp:posOffset>
            </wp:positionH>
            <wp:positionV relativeFrom="paragraph">
              <wp:posOffset>742950</wp:posOffset>
            </wp:positionV>
            <wp:extent cx="1190520" cy="1190520"/>
            <wp:effectExtent l="0" t="0" r="0" b="0"/>
            <wp:wrapNone/>
            <wp:docPr id="14221920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2192099" name="Picture 1422192099"/>
                    <pic:cNvPicPr/>
                  </pic:nvPicPr>
                  <pic:blipFill>
                    <a:blip xmlns:r="http://schemas.openxmlformats.org/officeDocument/2006/relationships" r:embed="rId3927628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90520" cy="119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BF93C29" w:rsidR="00000000">
        <w:rPr>
          <w:i w:val="1"/>
          <w:iCs w:val="1"/>
          <w:sz w:val="18"/>
          <w:szCs w:val="18"/>
        </w:rPr>
        <w:t>Thank you for your feedback and for supporting SEFI 2026.</w:t>
      </w:r>
    </w:p>
    <w:sectPr w:rsidR="000C491E" w:rsidSect="00034616">
      <w:pgSz w:w="11906" w:h="16838" w:orient="portrait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37263300">
    <w:abstractNumId w:val="8"/>
  </w:num>
  <w:num w:numId="2" w16cid:durableId="1996764735">
    <w:abstractNumId w:val="6"/>
  </w:num>
  <w:num w:numId="3" w16cid:durableId="1121798246">
    <w:abstractNumId w:val="5"/>
  </w:num>
  <w:num w:numId="4" w16cid:durableId="688727139">
    <w:abstractNumId w:val="4"/>
  </w:num>
  <w:num w:numId="5" w16cid:durableId="345908094">
    <w:abstractNumId w:val="7"/>
  </w:num>
  <w:num w:numId="6" w16cid:durableId="451368707">
    <w:abstractNumId w:val="3"/>
  </w:num>
  <w:num w:numId="7" w16cid:durableId="2098819206">
    <w:abstractNumId w:val="2"/>
  </w:num>
  <w:num w:numId="8" w16cid:durableId="126709162">
    <w:abstractNumId w:val="1"/>
  </w:num>
  <w:num w:numId="9" w16cid:durableId="10854900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0C491E"/>
    <w:rsid w:val="0015074B"/>
    <w:rsid w:val="0029639D"/>
    <w:rsid w:val="00326F90"/>
    <w:rsid w:val="00717AEF"/>
    <w:rsid w:val="00AA1D8D"/>
    <w:rsid w:val="00B47730"/>
    <w:rsid w:val="00C87C88"/>
    <w:rsid w:val="00CB0664"/>
    <w:rsid w:val="00FC693F"/>
    <w:rsid w:val="08CA0B28"/>
    <w:rsid w:val="208B6095"/>
    <w:rsid w:val="301D44B9"/>
    <w:rsid w:val="33CC8E5C"/>
    <w:rsid w:val="39016666"/>
    <w:rsid w:val="39A5141B"/>
    <w:rsid w:val="3DF659C2"/>
    <w:rsid w:val="432D831E"/>
    <w:rsid w:val="4A4B9E83"/>
    <w:rsid w:val="6BF93C29"/>
    <w:rsid w:val="6DC7C317"/>
    <w:rsid w:val="73C6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6A99E"/>
  <w14:defaultImageDpi w14:val="300"/>
  <w15:docId w15:val="{F9D2E749-6B86-B742-AA8F-66D99186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styleId="Nadpis1Char" w:customStyle="1">
    <w:name w:val="Nadpis 1 Char"/>
    <w:basedOn w:val="Standardnpsmoodstavce"/>
    <w:link w:val="Nadpis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dpis2Char" w:customStyle="1">
    <w:name w:val="Nadpis 2 Char"/>
    <w:basedOn w:val="Standardnpsmoodstavce"/>
    <w:link w:val="Nadpis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zevChar" w:customStyle="1">
    <w:name w:val="Název Char"/>
    <w:basedOn w:val="Standardnpsmoodstavce"/>
    <w:link w:val="Nzev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dpisChar" w:customStyle="1">
    <w:name w:val="Podnadpis Char"/>
    <w:basedOn w:val="Standardnpsmoodstavce"/>
    <w:link w:val="Podnadpis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styleId="ZkladntextChar" w:customStyle="1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styleId="Zkladntext2Char" w:customStyle="1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Zkladntext3Char" w:customStyle="1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makraChar" w:customStyle="1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styleId="CittChar" w:customStyle="1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jpg" Id="rId3927628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AB537AFE27E4283BF5ABF4869D638" ma:contentTypeVersion="11" ma:contentTypeDescription="Vytvoří nový dokument" ma:contentTypeScope="" ma:versionID="1fb27728371b644559174fec5bbbeb60">
  <xsd:schema xmlns:xsd="http://www.w3.org/2001/XMLSchema" xmlns:xs="http://www.w3.org/2001/XMLSchema" xmlns:p="http://schemas.microsoft.com/office/2006/metadata/properties" xmlns:ns2="8870c2ef-1d04-4fab-b51e-1de755b18503" targetNamespace="http://schemas.microsoft.com/office/2006/metadata/properties" ma:root="true" ma:fieldsID="1dd98687972ba778f913f40048ea928c" ns2:_="">
    <xsd:import namespace="8870c2ef-1d04-4fab-b51e-1de755b185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0c2ef-1d04-4fab-b51e-1de755b18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66d2233e-f51f-4a80-9a78-f59575bee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70c2ef-1d04-4fab-b51e-1de755b185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561FA4-1E49-4034-889C-6F64AFA5FB1A}"/>
</file>

<file path=customXml/itemProps3.xml><?xml version="1.0" encoding="utf-8"?>
<ds:datastoreItem xmlns:ds="http://schemas.openxmlformats.org/officeDocument/2006/customXml" ds:itemID="{B5FA6F45-44D3-4421-AB6B-E20BB810C0B9}"/>
</file>

<file path=customXml/itemProps4.xml><?xml version="1.0" encoding="utf-8"?>
<ds:datastoreItem xmlns:ds="http://schemas.openxmlformats.org/officeDocument/2006/customXml" ds:itemID="{251AD17F-32F9-4C52-B040-F700DBD0F29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Dohnalova, Ludmila</lastModifiedBy>
  <revision>6</revision>
  <dcterms:created xsi:type="dcterms:W3CDTF">2013-12-23T23:15:00.0000000Z</dcterms:created>
  <dcterms:modified xsi:type="dcterms:W3CDTF">2026-09-02T12:10:24.4203597Z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0x01010084FAB537AFE27E4283BF5ABF4869D638</vt:lpwstr>
  </property>
  <property fmtid="{D5CDD505-2E9C-101B-9397-08002B2CF9AE}" pid="3" name="MediaServiceImageTags">
    <vt:lpwstr/>
  </property>
</Properties>
</file>